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שהשאלה היא טקסט שיש לקרוא ולפרק בעיון לפני מתן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השלבים בסדר קבוע עד שהופכים להרגל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שלושת ממדי השאלה ולהתאים להם 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תשובות מלאות הכוללות את כל חלקי השאלה ומנוסחות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השיטה: חמשת השלבים – היכרות עם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נושא, מידע והוראה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קוראים את השאלה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לא לפספס חלקים בשאלה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השיטה: חמשת השלבים – מתאימים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(קוראים את השאלה עד הסוף,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(בודקים איזה מידע אפשר להפיק מהשאלה)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(מסמנים את מילת השאלה ואת המילים שמגדירות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(מנסחים לעצמנו מה צריך לעשות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(עונים במשפט מלא ובודקים שעניתי על הכול)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השיטה: חמשת השלבים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נמקו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מכירים את השיטה: חמשת השלבים – מיישמים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או ההוראה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איזה מידע אפשר להפיק מהשאלה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מסמנים את מילת השאלה ואת המילים שמגדירות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מחליטים מה עליי לעשות כדי לענות, ואיפה לחפש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עונים במשפט מלא ובודקים שעניתי על כל החלקים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שלבים 1-2: קוראים ומפיקים מידע מהשאלה – היכרות עם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שלב 1 הוא לקרוא את כל השאלה לפני שעונים, לאט ואולי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לסיים לקרוא את כל השאלה לפני שמתחילים לענות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בשלב 2 בודקים איזה מידע אפשר להפיק מהשאלה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משפט כמו 'בפסקה 3 מסופר על...' כבר נותן מידע לתשובה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שלבים 1-2: קוראים ומפיקים מידע מהשאלה – מוצאים את המידע החבוי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מספר הפסקה שבה נמצאת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לפני שעוברים לשלבים הבאים, כדי לוודא שהבנו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לזהות איזה מידע אפשר להפיק מהשאלה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שלבים 1-2: קוראים ומפיקים מידע מהשאלה – תרגול עצמאי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קיבלנו מידע שהתשובה נמצאת בפסקה 4 וידוע שמדובר בפתרון לבעיה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שאלה הכוללת ציון מספר פסקה או חלק בטקסט כרמז למיקום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לוודא שמבינים את כל חלקי השאלה ולא מפספסים מידע או 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נימוקים שונים המוסברים ולקוחים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שלב 3: מסמנים מילות שאלה – זיהוי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מדוע תמיד דורשת סיבה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בשאלה שווה למספר החלקים הנדרשים בתשובה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הסבירו מבקשת תשובה מפורטת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נמקו מחייב להסביר סיבה במילה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השוו עוסקת תמיד בהשוואה בין שני פרטים או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שלב 3: מסמנים מילות שאלה – מספרים וכללים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שלב 3: מסמנים מילות שאלה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מילות השאלה: הסבירו, מדוע, שני נימוקים. התשובה צריכה לכלול שלושה חלקים: הסבר, סיבה ושני נימוקים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לכלול את המילה השוו ומספר, למשל: השוו בין שני הפתרונות שהוצעו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שמתחילה במילה כי ומביאה נימוק מהטקסט, למשל: כי משחקים פעילים עוזרים לתלמידים להתרכז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לוודא שהתשובה שלמה וכוללת את כל מה שנדרש, ולא לשכוח חלק מהתשובה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שלב 4: מזהים את ממד השאלה – מכירים את שלושת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איתור מידע הוא חיפוש עובדות, מספרים או פרטים שכתובים ישירות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הערכה וביקורת מבקשת לבטא עמדה אישית ולנמק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שלב 4: מזהים את ממד השאלה – מזהים לפי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איתור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שלב 4: מזהים את ממד השאלה – מיון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שלב 4: מזהים את ממד השאלה – התאמת שאלות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(הערכה וביקורת)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שלב 5: עונים תשובה מלאה – זיהוי ושחזור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שלב 5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התשובה צריכה להיות במשפט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שלב 5: עונים תשובה מלאה – מה עושים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חוזרים לסימונים משלב 3 ומסמנים ✔ ליד כל חלק שנענה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במילים מהשאלה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המילה "כי" עם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שלב 5: עונים תשובה מלאה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שלב 5: עונים תשובה מלאה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(קוראים את השאלה עד הסוף,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(מסמנים את מילות השאלה)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(מחליטים מה צריך לעשות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(עונים במשפט מלא ובודקים את התשובה)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תרגול מסכם: טקסטים ושאלות – מכירים את השלבים והסוגות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קוראים את השאלה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בלוג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תרגול מסכם: טקסטים ושאלות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בשלב השלישי של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לקרוא את השאלה עד הסוף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בשלב 3 של השיטה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לפרט את חמשת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מסביר/ה נכון מהו כל ממד ונותן/ת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בתשובה הכתובה מופיעים כל חלקי השאלה במשפט מלא עם וי ליד 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 ולחזור על השלבים בתחילת כל שיעור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להתחיל מגרסת חנ״מ עם שלוש אפשרויות והקראה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עם טקסטים מגוונים מהרשימה כדי להרגיל את התלמידים לסוגות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כל פרק בכרטיס יציאה קצר כדי לבדוק הבנה לפני המעבר הלאה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לקרוא שאלה לאט ולפרק אותה לחלקים. בכל פרק יש הסבר קצר ותרגילים. עובדים שלב אחר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כטקסט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היא טקסט קצר עם נושא, מידע והוראה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חמשת השלבים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לפרק שאלה: קוראים, מפיקים מידע, מסמנים, מחליטים מה לעשות, עונים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מה, מדוע, הסבירו, השוו שמכוונת את התשובה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ממד 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שנמצאת ישירות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ממד פרשנות והיסק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שדורשת הבנה בין השורות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ממד הערכה וביקורת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שדורשת דעה אישית עם 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עם המילה כי שמסביר 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קצרה בסוף השיעור לבדיקת 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לבדיקה עצמית של התשובה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הוראה בשאלה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שאומרות מה בדיוק צריך לעשות, כמו נמקו או השוו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את השיטה: חמשת השלבים – היכרות עם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בתוך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נושא, מידע והוראה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תשובה מוכנה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לומדים?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קודם 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מסמנים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במשפט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מזהים 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קוראים פעמיים?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לפספס חלקים בשאלה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לכתוב תשובה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כתוב בחוק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את השיטה: חמשת השלבים – מתאימים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מסמנים את מילת השאלה ואת המילים שמגדירות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קוראים את השאלה עד הסוף,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מנסחים לעצמנו מה צריך לעשות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עונים במשפט מלא ובודקים שעניתי על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בודקים איזה מידע אפשר להפיק מהשאלה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את השיטה: חמשת השלבים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מספר בתוך השאלה מראה כמה __________ צריכים להיות בתשובה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כשיש בשאלה את המילה __________ , חייבים לכתוב בתשובה את המילה 'כי'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4 לומדים לזהות את ה__________ של השאלה: איתור מידע, פרשנות והיסק, או הערכה וביקורת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מכירים את השיטה: חמשת השלבים – מיישמים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מה עליי לעשות כדי לענות, ואיפה לחפש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במשפט מלא ובודקים שעניתי על כל החלקים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איזה מידע אפשר להפיק מהשאלה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מילת השאלה ואת המילים שמגדירות את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או ההוראה עד הסוף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שלבים 1-2: קוראים ומפיקים מידע מהשאלה – היכרות עם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1 אומר לקרוא את השאלה עד הסוף, לאט ואפילו פעמיים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לקפוץ ישר לתשובה בלי לקרוא את כל השאלה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2 הוא לשאול על מה השאלה ואיזה מידע היא נותנת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לפעמים חצי מהתשובה כבר כתוב בתוך השאלה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שלבים 1-2: קוראים ומפיקים מידע מהשאלה – מוצאים את המידע החבוי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השאלה כבר מגלה לנו לפני שקוראים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הפסקה שבה נמצאת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המילים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דברים צריך לציין בתשובה לפי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כדאי לקרוא שוב את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שכותבים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שעוברים לשלבים הבאים, כדי לוודא שהבנו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שכחנו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קוראים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מיועד שלב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תשובה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איזה מידע אפשר להפיק מהשאלה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את האיות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שלבים 1-2: קוראים ומפיקים מידע מהשאלה – 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'בפסקה 4 מסופר על פתרון לבעיית מגרש החול. מהו הפתרון?' כתבו איזה מידע כבר קיבלתם מהשאלה עצמה, לפני שחיפשתם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קצרה משלכם על טקסט שלמדתם, כך שתהיה בה רמיזה למיקום התשובה (למשל 'בפסקה...')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למה חשוב לקרוא את השאלה פעמיים לפני שעונים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קראו שאלה דמיונית: 'הסבירו מדוע בני נוער צריכים לישון שעות רבות, לפי שני נימוקים מהטקסט' - אילו שני דברים חייבים להופיע בתשובה?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שלב 3: מסמנים מילות שאלה – זיהוי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'מדוע' מבקשת מאיתנו למצוא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כשכתוב בשאלה 'ציינו שני פרטים' מספיק לכתוב פרט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'הסבירו' היא מילת שאלה שדורשת פירוט והבהרה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בשאלה כתוב 'נמקו' אפשר לענות בלי המילה 'כי'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'השוו' מבקשת למצוא דמיון או הבדל בין שני דברים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שלב 3: מסמנים מילות שאלה – מספרים וכללים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כשבשאלה כתוב 'ציינו שני פרטים', התשובה צריכה לכלול __________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השאלה שמבקשת למצוא דמיון והבדל בין שני דברים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מילת השאלה שמבקשת לתת סיבה או הסבר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המילה 'נמקו' חייבת להופיע במשפט התשובה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שלב 3: מסמנים מילות שאלה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'הסבירו מדוע חשוב לישון מספיק, והביאו שני נימוקים מהטקסט.' סמנו את מילות השאלה וכתבו כמה חלקים צריכה התשובה לכלול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משלכם שיש בה מילת השאלה 'השוו' ומספר, לדוגמה על שני אירועים בטקסט שקראתם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ענו במשפט מלא על השאלה: נמקו מדוע כדאי לארגן משחקים פעילים בהפסקה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חשוב לספור כמה חלקים יש בשאלה לפני שעונים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שלב 4: מזהים את ממד השאלה – מכירים את שלושת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ממד 'איתור מידע' מבקש למצוא פרטים שכתובים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ממד 'הערכה וביקורת' מבקש רק להעתיק משפט מהטקסט בלי להוסיף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שלב 4: מזהים את ממד השאלה – מזהים לפי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'מתי' - איזה ממד?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'לדעתכם' - איזה ממד?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'ציינו' - איזה ממד?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הממדים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שלב 4: מזהים את ממד השאלה – מיון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שמבקשת להסביר מדוע קרה משהו שלא כתוב במפורש שייכת לממד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שלב 4: מזהים את ממד השאלה – התאמת שאלות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היכן התקיים יום הספורט?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לדעתכם, האם הרעיון מוצלח? נמקו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מדוע לדעתכם מעיין הרגישה בודדה בהתחלה?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 שבועות ארך התהליך בבלוג?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האם כדאי לארגן משחקים בהפסקה? הביעו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איתור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שלב 5: עונים תשובה מלאה – זיהוי ושחזור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5 עונים במשפט מלא ומשתמשים במילים מהשאלה בפתיחת התשובה.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5 אפשר לענות במילה אחת בלי משפט 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שלב 5: עונים תשובה מלאה – מה עושים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בסוף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לסימונים משלב 3 ומסמנים ✔ ליד כל חלק שנענה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מתחילים לקרוא את השאלה מחדש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התשובה שכתבו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שאלה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פותחים את המשפט בתשובה?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במילים מהשאלה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בציור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במספר בלבד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חייב להיות כשכתוב "נמקו"?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המילה "כי" עם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העמוד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שלב 5: עונים תשובה מלאה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5 עונים ב__________ מלא, לא במילה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הגשת התשובה בודקים: עניתי על כל ה__________?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שלב 5: עונים תשובה מלאה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מחליטים מה צריך לעשות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עונים במשפט מלא ובודקים את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קוראים את השאלה עד הסוף,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מסמנים את מילות 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תרגול מסכם: טקסטים ושאלות – מכירים את השלבים והסוגות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השלב הראשון בפירוק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מסמנים את מילות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מבצעים את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מזהים את הממד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ממדים יש לשאלה לפי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סוגה היא הטקסט ״הבלוג של מעיין״?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טיעוני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תרגול מסכם: טקסטים ושאלות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3 מסמנים את מילת השאלה ואת המילים שמגדירות את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קריאת השאלה ולענות ישר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בשאלה מעיד על מספר החלקים שצריך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לפרק שאלה לפי חמשת השלבים בלי עזרה?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את ממד השאלה - איתור מידע, פרשנות או הערכה?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התשובות שלי כוללות את כל החלקים שהשאלה דרשה?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השאלה כטקסט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