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❓ השאלה כטקסט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השאלה כטקסט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שהשאלה היא טקסט שיש לקרוא ולפרק בעיון לפני מתן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חמשת השלבים בסדר קבוע עד שהופכים להרגל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שלושת ממדי השאלה ולהתאים להם תשובה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תשובות מלאות הכוללות את כל חלקי השאלה ומנוסחות במשפט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מכירים את השיטה: חמשת השלבים – היכרות עם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נושא, מידע והוראה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קוראים את השאלה עד הסוף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מכירים את השיטה: חמשת השלבים – מתאימים שלב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(קוראים את השאלה עד הסוף, 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(בודקים איזה מידע אפשר להפיק מהשאלה)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(מסמנים את מילת השאלה ואת המילים שמגדירות את המשימה)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(מנסחים לעצמנו מה צריך לעשות כדי לענות)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מכירים את השיטה: חמשת השלבים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מכירים את השיטה: חמשת השלבים – מיישמים את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השאלה או ההוראה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איזה מידע אפשר להפיק מהשאלה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מסמנים את מילת השאלה ואת המילים שמגדירות את המשימה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שלבים 1-2: קוראים ומפיקים מידע מהשאלה – היכרות עם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שלב 1 הוא לקרוא את כל השאלה לפני שעונים, לאט ואולי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לסיים לקרוא את כל השאלה לפני שמתחילים לענות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בשלב 2 בודקים איזה מידע אפשר להפיק מהשאלה עצמה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שלבים 1-2: קוראים ומפיקים מידע מהשאלה – מוצאים את המידע החבוי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מספר הפסקה שבה נמצאת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שלושה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לפני שעוברים לשלבים הבאים, כדי לוודא שהבנו הכל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שלבים 1-2: קוראים ומפיקים מידע מהשאלה – תרגול עצמאי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שלב 3: מסמנים מילות שאלה – זיהוי מילות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מדוע תמיד דורשת סיבה או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מספר בשאלה שווה למספר החלקים הנדרשים בתשובה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הסבירו מבקשת תשובה מפורטת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שלב 3: מסמנים מילות שאלה – מספרים וכללים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שלב 3: מסמנים מילות שאלה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לוודא שהתשובה שלמה וכוללת את כל מה שנדרש, ולא לשכוח חלק מהתשובה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שלב 4: מזהים את ממד השאלה – מכירים את שלושת הממדים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איתור מידע הוא חיפוש עובדות, מספרים או פרטים שכתובים ישירות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הערכה וביקורת מבקשת לבטא עמדה אישית ולנמק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שלב 4: מזהים את ממד השאלה – מזהים לפי מילת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הערכה וביקורת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שלב 4: מזהים את ממד השאלה – מיון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פרשנות והיסק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שלב 4: מזהים את ממד השאלה – התאמת שאלות לממד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(איתור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(הערכה וביקורת)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(פרשנות והיסק)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(איתור מידע)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שלב 5: עונים תשובה מלאה – זיהוי ושחזור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שלב 5 בשיטה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התשובה צריכה להיות במשפט מלא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שלב 5: עונים תשובה מלאה – מה עושים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חוזרים לסימונים משלב 3 ומסמנים ✔ ליד כל חלק שנענה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במילים מהשאלה עצמה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שלב 5: עונים תשובה מלאה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שלב 5: עונים תשובה מלאה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(קוראים את השאלה עד הסוף, 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(מסמנים את מילות השאלה)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(מחליטים מה צריך לעשות כדי לענות)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(עונים במשפט מלא ובודקים את התשובה)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תרגול מסכם: טקסטים ושאלות – מכירים את השלבים והסוגות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קוראים את השאלה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תרגול מסכם: טקסטים ושאלות – זיהוי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בשלב השלישי של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לקרוא את השאלה עד הסוף לפני שעונים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מצליח/ה לפרט את חמשת השלבים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מסביר/ה נכון מהו כל ממד ונותן/ת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בתשובה הכתובה מופיעים כל חלקי השאלה במשפט מלא עם וי ליד כל חלק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פרק אחד בכל שיעור ולחזור על השלבים בתחילת כל שיעור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מומלץ להתחיל מגרסת חנ״מ עם שלוש אפשרויות והקראה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עם טקסטים מגוונים מהרשימה כדי להרגיל את התלמידים לסוגות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כל פרק בכרטיס יציאה קצר כדי לבדוק הבנה לפני המעבר הלאה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❓ השאלה כטקסט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השאלה כטקסט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הזאת נלמד לקרוא שאלה כמו טקסט קטן, לפרק אותה לשלבים ולענות עליה בצורה מלאה. בכל פרק יש הסבר קצר ותרגילים לפי הסדר. מומלץ לעבוד שלב אחר שלב ולא לדלג.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שני  ·  חלקים  ·  מדוע  ·  פרשנות והיסק  ·  חלקים  ·  משפט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מכירים את השיטה: חמשת השלבים – היכרות עם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השאלה היא טקסט קצר שיש בו...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נושא, מידע והוראה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שלבים יש בשיטת פירוק השאלה?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עושים בשלב הראשון של השיטה?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מסמנים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קוראים את השאלה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עונים במשפט מלא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מכירים את השיטה: חמשת השלבים – מתאימים שלב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שלב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בודקים איזה מידע אפשר להפיק מהשאלה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שלב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מסמנים את מילת השאלה ואת המילים שמגדירות את המשימה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שלב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מנסחים לעצמנו מה צריך לעשות כדי לענות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שלב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קוראים את השאלה עד הסוף, לאט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מכירים את השיטה: חמשת השלבים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מספר בתוך השאלה מראה כמה __________ צריכים להיות בתשובה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מכירים את השיטה: חמשת השלבים – מיישמים את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איזה מידע אפשר להפיק מהשאלה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מסמנים את מילת השאלה ואת המילים שמגדירות את המשימה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השאלה או ההוראה עד הסוף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שלבים 1-2: קוראים ומפיקים מידע מהשאלה – היכרות עם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שלב 1 אומר לקרוא את השאלה עד הסוף, לאט ואפילו פעמיים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לקפוץ ישר לתשובה בלי לקרוא את כל השאלה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שלב 2 הוא לשאול על מה השאלה ואיזה מידע היא נותנת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שלבים 1-2: קוראים ומפיקים מידע מהשאלה – מוצאים את המידע החבוי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בשאלה כתוב: 'בפסקה 2 מסופר על חברי הקבוצה. מי הם?' מה המידע שכבר ניתן לנו בשאלה?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מספר הפסקה שבה נמצאת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שאלה כמו 'מתי ואיפה יתקיים האירוע? ציינו יום, שעות ומקום' - כמה פרטים צריך למצוא?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פרט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 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 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לפי השיטה, מתי קוראים את השאלה בפעם השנייה?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אחרי שכותבים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לפני שעוברים לשלבים הבאים, כדי לוודא שהבנו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אם שכחנו משהו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שלבים 1-2: קוראים ומפיקים מידע מהשאלה – תרגול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שלב 3: מסמנים מילות שאלה – זיהוי 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השאלה 'מדוע' מבקשת מאיתנו למצוא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כשכתוב בשאלה 'ציינו שני פרטים' מספיק לכתוב פרט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'הסבירו' היא מילת שאלה שדורשת פירוט והבהרה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שלב 3: מסמנים מילות שאלה – מספרים וכללים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כשבשאלה כתוב 'ציינו שני פרטים', התשובה צריכה לכלול __________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מילת השאלה שמבקשת לתת סיבה או הסבר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שלב 3: מסמנים מילות שאלה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חשוב לספור כמה חלקים יש בשאלה לפני שעונים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שלב 4: מזהים את ממד השאלה – מכירים את שלושת הממדים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ממד 'איתור מידע' מבקש למצוא פרטים שכתובים במפורש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ממד 'הערכה וביקורת' מבקש רק להעתיק משפט מהטקסט בלי להוסיף 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שלב 4: מזהים את ממד השאלה – מזהים לפי מילת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מילת השאלה 'מתי' שייכת בדרך כלל לאיזה ממד?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מילת השאלה 'לדעתכם' שייכת בדרך כלל לאיזה ממד?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פרשנות והיסק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הערכה וביקורת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שלב 4: מזהים את ממד השאלה – מיון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שאלה שמבקשת להסביר מדוע קרה משהו שלא כתוב במפורש שייכת לממד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שלב 4: מזהים את ממד השאלה – התאמת שאלות לממד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היכן התקיים יום הספורט?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הערכה וביקורת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לדעתכם, האם הרעיון מוצלח? נמקו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איתור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מדוע לדעתכם מעיין הרגישה בודדה בהתחלה?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איתור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כמה שבועות ארך התהליך בבלוג?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פרשנות והיסק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שלב 5: עונים תשובה מלאה – זיהוי ושחזור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5 עונים במשפט מלא ומשתמשים במילים מהשאלה בפתיחת התשובה.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5 אפשר לענות במילה אחת בלי משפט שלם.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שלב 5: עונים תשובה מלאה – מה עושים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בבדיקה האחרונה של שלב 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חוזרים לסימונים משלב 3 ומסמנים ✔ ליד כל חלק שנענה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מתחילים לקרוא את השאלה מחדש מההתחלה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מוחקים את התשובה שכתבו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כדאי לפתוח את התשובה בשלב 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במילים מהשאלה 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בציור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במספר בלבד בלי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שלב 5: עונים תשובה מלאה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בשלב 5 עונים ב__________ מלא, לא במילה אחת.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הגשת התשובה בודקים: עניתי על כל ה__________?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שלב 5: עונים תשובה מלאה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שלב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עונים במשפט מלא ובודקים את התשובה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שלב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מחליטים מה צריך לעשות כדי לענות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שלב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מסמנים את מילות השאלה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שלב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קוראים את השאלה עד הסוף, לאט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תרגול מסכם: טקסטים ושאלות – מכירים את השלבים והסוגות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השלב הראשון בפירוק השאלה?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מסמנים את מילות השאלה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קוראים את השאלה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מבצעים את המשימה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ממדים יש לשאלה לפי השיטה?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תרגול מסכם: טקסטים ושאלות – זיהוי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3 מסמנים את מילת השאלה ואת המילים שמגדירות את המשימה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לדלג על קריאת השאלה ולענות ישר כדי לחסוך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לפרק שאלה לפי חמשת השלבים בלי עזרה?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מזהה את ממד השאלה - איתור מידע, פרשנות או הערכה?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השאלה כטקסט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